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НАИМЕНОВАНИЕ ОРГАНИЗАЦИИ</w:t>
      </w:r>
    </w:p>
    <w:p/>
    <w:p>
      <w:pPr>
        <w:jc w:val="center"/>
      </w:pPr>
      <w:r>
        <w:rPr>
          <w:b/>
          <w:sz w:val="28"/>
        </w:rPr>
        <w:t>ПРОТОКОЛ</w:t>
      </w:r>
    </w:p>
    <w:p>
      <w:pPr>
        <w:jc w:val="center"/>
      </w:pPr>
      <w:r>
        <w:rPr>
          <w:b w:val="0"/>
        </w:rPr>
        <w:t>«____» ____________ 20___ г.                                № ______</w:t>
      </w:r>
    </w:p>
    <w:p>
      <w:pPr>
        <w:jc w:val="center"/>
      </w:pPr>
      <w:r>
        <w:rPr>
          <w:b w:val="0"/>
        </w:rPr>
        <w:t>г. ______________</w:t>
      </w:r>
    </w:p>
    <w:p/>
    <w:p>
      <w:r>
        <w:rPr>
          <w:b w:val="0"/>
        </w:rPr>
        <w:t>заседания / совещания по вопросу ______________________________</w:t>
      </w:r>
    </w:p>
    <w:p/>
    <w:p>
      <w:r>
        <w:rPr>
          <w:b w:val="0"/>
        </w:rPr>
        <w:t xml:space="preserve">Председатель — </w:t>
      </w:r>
    </w:p>
    <w:p>
      <w:r>
        <w:rPr>
          <w:b w:val="0"/>
        </w:rPr>
        <w:t xml:space="preserve">Секретарь — </w:t>
      </w:r>
    </w:p>
    <w:p>
      <w:r>
        <w:rPr>
          <w:b w:val="0"/>
        </w:rPr>
        <w:t>Присутствовали:  (фамилии по алфавиту)</w:t>
      </w:r>
    </w:p>
    <w:p>
      <w:r>
        <w:rPr>
          <w:b w:val="0"/>
        </w:rPr>
        <w:t>Приглашённые:  (с указанием должностей)</w:t>
      </w:r>
    </w:p>
    <w:p/>
    <w:p>
      <w:r>
        <w:rPr>
          <w:b/>
        </w:rPr>
        <w:t>ПОВЕСТКА ДНЯ:</w:t>
      </w:r>
    </w:p>
    <w:p>
      <w:r>
        <w:rPr>
          <w:b w:val="0"/>
        </w:rPr>
        <w:t>1. О ____________________. Докладчик — ____________.</w:t>
      </w:r>
    </w:p>
    <w:p>
      <w:r>
        <w:rPr>
          <w:b w:val="0"/>
        </w:rPr>
        <w:t>2. О ____________________. Докладчик — ____________.</w:t>
      </w:r>
    </w:p>
    <w:p/>
    <w:p>
      <w:r>
        <w:br w:type="page"/>
      </w:r>
    </w:p>
    <w:p>
      <w:r>
        <w:rPr>
          <w:b/>
        </w:rPr>
        <w:t>1. СЛУШАЛИ:</w:t>
      </w:r>
    </w:p>
    <w:p>
      <w:r>
        <w:rPr>
          <w:b w:val="0"/>
        </w:rPr>
        <w:t>Фамилия И. О. — краткое содержание доклада.</w:t>
      </w:r>
    </w:p>
    <w:p>
      <w:r>
        <w:rPr>
          <w:b/>
        </w:rPr>
        <w:t>ВЫСТУПИЛИ:</w:t>
      </w:r>
    </w:p>
    <w:p>
      <w:r>
        <w:rPr>
          <w:b w:val="0"/>
        </w:rPr>
        <w:t>Фамилия И. О. — содержание выступления.</w:t>
      </w:r>
    </w:p>
    <w:p>
      <w:r>
        <w:rPr>
          <w:b/>
        </w:rPr>
        <w:t>ПОСТАНОВИЛИ (РЕШИЛИ):</w:t>
      </w:r>
    </w:p>
    <w:p>
      <w:r>
        <w:rPr>
          <w:b w:val="0"/>
        </w:rPr>
        <w:t>1.1. ____________________ (решение, ответственный, срок).</w:t>
      </w:r>
    </w:p>
    <w:p>
      <w:r>
        <w:rPr>
          <w:b w:val="0"/>
        </w:rPr>
        <w:t>1.2. ____________________.</w:t>
      </w:r>
    </w:p>
    <w:p/>
    <w:p>
      <w:r>
        <w:rPr>
          <w:b/>
        </w:rPr>
        <w:t>2. СЛУШАЛИ:</w:t>
      </w:r>
    </w:p>
    <w:p>
      <w:r>
        <w:rPr>
          <w:b w:val="0"/>
        </w:rPr>
        <w:t>…</w:t>
      </w:r>
    </w:p>
    <w:p/>
    <w:p/>
    <w:p>
      <w:r>
        <w:rPr>
          <w:b w:val="0"/>
        </w:rPr>
        <w:t>Председатель  ______________  / И.О. Фамилия /</w:t>
      </w:r>
    </w:p>
    <w:p>
      <w:r>
        <w:rPr>
          <w:b w:val="0"/>
        </w:rPr>
        <w:t>Секретарь       ______________  / И.О. Фамилия /</w:t>
      </w:r>
    </w:p>
    <w:p/>
    <w:p>
      <w:r>
        <w:rPr>
          <w:b w:val="0"/>
          <w:sz w:val="18"/>
        </w:rPr>
        <w:t>Шаблон подготовлен сервисом расшифровки аудио и видео EdWord — edword.ru. ГОСТ Р 7.0.97-2025 применяется добровольно; состав блоков СЛУШАЛИ — ВЫСТУПИЛИ — ПОСТАНОВИЛИ приведён по классическим правилам делопроизводства.</w:t>
      </w:r>
    </w:p>
    <w:p>
      <w:r>
        <w:rPr>
          <w:b w:val="0"/>
          <w:sz w:val="18"/>
        </w:rPr>
        <w:t>A4; поля: слева 20 мм, справа 10 мм, сверху и снизу 20 мм. ГОСТ Р 7.0.97-2025, п. 6.1: для хранения свыше 10 лет увеличьте левое поле до 30 мм. Номера страниц — со второй (п. 3.2).</w:t>
      </w:r>
    </w:p>
    <w:sectPr w:rsidR="00FC693F" w:rsidRPr="0006063C" w:rsidSect="00034616">
      <w:headerReference w:type="first" r:id="rId9"/>
      <w:headerReference w:type="default" r:id="rId10"/>
      <w:pgSz w:w="11906" w:h="16838"/>
      <w:pgMar w:top="1134" w:right="567" w:bottom="1134" w:left="1134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EdWord</dc:creator>
  <cp:keywords/>
  <dc:description>generated by python-docx</dc:description>
  <cp:lastModifiedBy>EdWord</cp:lastModifiedBy>
  <cp:revision>1</cp:revision>
  <dcterms:created xsi:type="dcterms:W3CDTF">2026-09-06T00:00:00Z</dcterms:created>
  <dcterms:modified xsi:type="dcterms:W3CDTF">2026-09-06T00:00:00Z</dcterms:modified>
  <cp:category/>
</cp:coreProperties>
</file>